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ומשקל – בניית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שורש ומשקל במילים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איך בונים שם פעולה מבניין הפעיל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חיבור שורש למשקל וליצור מילים נכונות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ז-מ-ן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שם פעולה מבניין הפעיל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ש-מ-ר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שם עצם שמתאר 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פיעל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מוגדר שורש בעברית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משקל הוא התבנית, לא השורש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מוצג בדוגמה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שמות פעולה גם מבניינים אחרים כמו פיעל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זהו העיקרון המרכזי של בניית מילים בעברית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החסר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ת-ק-ת-ק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הזמנה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שמירה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לימוד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מילה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שורש למילה המתאימה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(הזמנה)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(שמירה)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(לימוד)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(מתקתק)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בניית המילה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שורש, למשל ז-מ-ן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בוחרים משקל מתאים, למשל הַקְטָלָה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מחברים את אותיות השורש לתוך תבנית המשקל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בודקים שהמילה שנוצרה נשמעת נכון ובעלת 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משתמשים במילה החדשה במשפט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שורש הוא האותיות הקבועות שנושאות משמעות, משקל הוא התבנית שנותנת צורה. דוגמה: שורש כ-ת-ב במשקל הקטלה נותן הכתבה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שורש - אותיות עיקריות הנושאות 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משקל - תבנית קבועה שנותנת צורה למילה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תקינה כמו הזמנה או שמירה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בכתיבת כמה שורשים על הלוח ולבקש מהתלמידים להציע משקלים מתאימים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בעל פה את ההבדל בין שם הפעולה לבין הפועל הרגיל באותו שורש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הסעיפים המסומנים ולהתמקד בדוגמאות הבסיסיות בלבד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פעלים ושמות – טבלאות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שורש ומשקל – בניית מילים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במילה יש שורש - אותיות עיקריות, ויש משקל - תבנית שנותנת צורה למילה. נתרגל לחבר שורש ומשקל ולבנות מילים.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שורש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האותיות העיקריות של המילה, בדרך כלל שלוש אותיות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משקל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התבנית הקבועה שנותנת צורה למילה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בניין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משבע הצורות שבהן נוטים פעלים בעברית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הפעיל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בניין שמבטא גרימה או פעולה אקטיבית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שם פעולה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שם עצם שמתאר את הפעולה עצמה, למשל הזמנה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הַקְטָלָה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של שם פעולה מבניין הפעיל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מבנה קבוע של תנועות ועיצורים שחוזר במילים רבות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מהן שלוש האותיות העיקריות במילה הזמנה?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ז-מ-ן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ה-ז-מ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ז-מ-נ-ה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המשקל הקטלה?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פעולה מבניין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פועל בהווה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עצם זוגי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מתאימה לתבנית הקטלה?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שמירה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הזמנה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מתקתק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לימוד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מהן שלוש האותיות העיקריות במילה שמירה?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ש-מ-ר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מ-י-ר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ש-מ-ר-ה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מהו שם פעולה?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פועל בעבר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שם עצם שמתאר פעולה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תואר הפועל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שם תואר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מאיזה בניין נגזרת המילה לימוד?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פעל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פיעל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הפעיל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נפעל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שורש הוא בדרך כלל שלוש אותיות שנושאות את משמעות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משקל הוא השורש של המילה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המילה הַזְמָנָה נבנתה מהשורש ז-מ-ן והמשקל הַקְטָלָה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שמות הפעולה בעברית נבנים רק מבניין הפעיל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לבנות מילים שונות מאותו שורש על ידי החלפת המשקל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החסר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שורש המילה מְתַקְתַּק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שם הפעולה הנבנה מהשורש ז-מ-ן במשקל הקטלה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שם הפעולה הנבנה מהשורש ש-מ-ר הוא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המילה הבנויה מחיבור שורש ל-מ-ד הופכת לשם הפעולה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כאשר מחברים שורש ומשקל נוצרת __________ חדשה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שורש למילה המתאימה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ז-מ-ן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שמירה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ש-מ-ר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לימוד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ל-מ-ד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מתקתק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ת-ק-ת-ק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הזמנה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בניית המילה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מחברים את אותיות השורש לתוך תבנית המשקל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משתמשים במילה החדשה במשפט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שורש, למשל ז-מ-ן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משקל מתאים, למשל הַקְטָלָה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בודקים שהמילה שנוצרה נשמעת נכון ובעלת משמעות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מה ההבדל בין שורש למשקל, ותנו דוגמה אחת משלכם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שורש?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משקל?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למילה הבנויה מהמשקל הקטלה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שורש ומשקל – בניית מילים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