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פעלים ושמות – טבלאות ותרגול</w:t>
            </w:r>
          </w:p>
          <w:p>
            <w:pPr>
              <w:bidi/>
              <w:jc w:val="right"/>
            </w:pPr>
            <w:r>
              <w:rPr>
                <w:rFonts w:ascii="Arial" w:hAnsi="Arial" w:cs="Arial" w:eastAsia="Arial"/>
                <w:lang w:val="he-IL" w:bidi="he-IL"/>
                <w:b/>
                <w:color w:val="3C1361"/>
                <w:sz w:val="32"/>
                <w:rtl/>
                <w:szCs w:val="32"/>
                <w:bCs/>
              </w:rPr>
              <w:t>דף תרגול: שורש ומשקל – בניית מילים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שורש ומשקל במילים</w:t>
      </w:r>
    </w:p>
    <w:p>
      <w:pPr>
        <w:bidi/>
        <w:spacing w:after="80"/>
        <w:jc w:val="right"/>
      </w:pPr>
      <w:r>
        <w:rPr>
          <w:rFonts w:ascii="Arial" w:hAnsi="Arial" w:cs="Arial" w:eastAsia="Arial"/>
          <w:lang w:val="he-IL" w:bidi="he-IL"/>
          <w:sz w:val="22"/>
          <w:rtl/>
          <w:szCs w:val="22"/>
        </w:rPr>
        <w:t>• להבין איך בונים שם פעולה מבניין הפעיל</w:t>
      </w:r>
    </w:p>
    <w:p>
      <w:pPr>
        <w:bidi/>
        <w:spacing w:after="80"/>
        <w:jc w:val="right"/>
      </w:pPr>
      <w:r>
        <w:rPr>
          <w:rFonts w:ascii="Arial" w:hAnsi="Arial" w:cs="Arial" w:eastAsia="Arial"/>
          <w:lang w:val="he-IL" w:bidi="he-IL"/>
          <w:sz w:val="22"/>
          <w:rtl/>
          <w:szCs w:val="22"/>
        </w:rPr>
        <w:t>• לתרגל חיבור שורש למשקל וליצור מילים נכונות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שאלות אמריקאיות</w:t>
      </w:r>
    </w:p>
    <w:p>
      <w:pPr>
        <w:bidi/>
        <w:spacing w:after="40"/>
        <w:jc w:val="right"/>
      </w:pPr>
      <w:r>
        <w:rPr>
          <w:rFonts w:ascii="Arial" w:hAnsi="Arial" w:cs="Arial" w:eastAsia="Arial"/>
          <w:lang w:val="he-IL" w:bidi="he-IL"/>
          <w:sz w:val="22"/>
          <w:rtl/>
          <w:szCs w:val="22"/>
        </w:rPr>
        <w:t>1. א – ז-מ-ן</w:t>
      </w:r>
    </w:p>
    <w:p>
      <w:pPr>
        <w:bidi/>
        <w:spacing w:after="40"/>
        <w:jc w:val="right"/>
      </w:pPr>
      <w:r>
        <w:rPr>
          <w:rFonts w:ascii="Arial" w:hAnsi="Arial" w:cs="Arial" w:eastAsia="Arial"/>
          <w:lang w:val="he-IL" w:bidi="he-IL"/>
          <w:sz w:val="22"/>
          <w:rtl/>
          <w:szCs w:val="22"/>
        </w:rPr>
        <w:t>2. ב – שם פעולה מבניין הפעיל</w:t>
      </w:r>
    </w:p>
    <w:p>
      <w:pPr>
        <w:bidi/>
        <w:spacing w:after="40"/>
        <w:jc w:val="right"/>
      </w:pPr>
      <w:r>
        <w:rPr>
          <w:rFonts w:ascii="Arial" w:hAnsi="Arial" w:cs="Arial" w:eastAsia="Arial"/>
          <w:lang w:val="he-IL" w:bidi="he-IL"/>
          <w:sz w:val="22"/>
          <w:rtl/>
          <w:szCs w:val="22"/>
        </w:rPr>
        <w:t>3. ב – הזמנה</w:t>
      </w:r>
    </w:p>
    <w:p>
      <w:pPr>
        <w:bidi/>
        <w:spacing w:after="40"/>
        <w:jc w:val="right"/>
      </w:pPr>
      <w:r>
        <w:rPr>
          <w:rFonts w:ascii="Arial" w:hAnsi="Arial" w:cs="Arial" w:eastAsia="Arial"/>
          <w:lang w:val="he-IL" w:bidi="he-IL"/>
          <w:sz w:val="22"/>
          <w:rtl/>
          <w:szCs w:val="22"/>
        </w:rPr>
        <w:t>4. א – ש-מ-ר</w:t>
      </w:r>
    </w:p>
    <w:p>
      <w:pPr>
        <w:bidi/>
        <w:spacing w:after="40"/>
        <w:jc w:val="right"/>
      </w:pPr>
      <w:r>
        <w:rPr>
          <w:rFonts w:ascii="Arial" w:hAnsi="Arial" w:cs="Arial" w:eastAsia="Arial"/>
          <w:lang w:val="he-IL" w:bidi="he-IL"/>
          <w:sz w:val="22"/>
          <w:rtl/>
          <w:szCs w:val="22"/>
        </w:rPr>
        <w:t>5. ב – שם עצם שמתאר פעולה</w:t>
      </w:r>
    </w:p>
    <w:p>
      <w:pPr>
        <w:bidi/>
        <w:spacing w:after="40"/>
        <w:jc w:val="right"/>
      </w:pPr>
      <w:r>
        <w:rPr>
          <w:rFonts w:ascii="Arial" w:hAnsi="Arial" w:cs="Arial" w:eastAsia="Arial"/>
          <w:lang w:val="he-IL" w:bidi="he-IL"/>
          <w:sz w:val="22"/>
          <w:rtl/>
          <w:szCs w:val="22"/>
        </w:rPr>
        <w:t>6. ב – פיעל</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כך מוגדר שורש בעברית</w:t>
      </w:r>
    </w:p>
    <w:p>
      <w:pPr>
        <w:bidi/>
        <w:spacing w:after="40"/>
        <w:jc w:val="right"/>
      </w:pPr>
      <w:r>
        <w:rPr>
          <w:rFonts w:ascii="Arial" w:hAnsi="Arial" w:cs="Arial" w:eastAsia="Arial"/>
          <w:lang w:val="he-IL" w:bidi="he-IL"/>
          <w:sz w:val="22"/>
          <w:rtl/>
          <w:szCs w:val="22"/>
        </w:rPr>
        <w:t>2. לא נכון – משקל הוא התבנית, לא השורש</w:t>
      </w:r>
    </w:p>
    <w:p>
      <w:pPr>
        <w:bidi/>
        <w:spacing w:after="40"/>
        <w:jc w:val="right"/>
      </w:pPr>
      <w:r>
        <w:rPr>
          <w:rFonts w:ascii="Arial" w:hAnsi="Arial" w:cs="Arial" w:eastAsia="Arial"/>
          <w:lang w:val="he-IL" w:bidi="he-IL"/>
          <w:sz w:val="22"/>
          <w:rtl/>
          <w:szCs w:val="22"/>
        </w:rPr>
        <w:t>3. נכון – כך מוצג בדוגמה</w:t>
      </w:r>
    </w:p>
    <w:p>
      <w:pPr>
        <w:bidi/>
        <w:spacing w:after="40"/>
        <w:jc w:val="right"/>
      </w:pPr>
      <w:r>
        <w:rPr>
          <w:rFonts w:ascii="Arial" w:hAnsi="Arial" w:cs="Arial" w:eastAsia="Arial"/>
          <w:lang w:val="he-IL" w:bidi="he-IL"/>
          <w:sz w:val="22"/>
          <w:rtl/>
          <w:szCs w:val="22"/>
        </w:rPr>
        <w:t>4. לא נכון – יש שמות פעולה גם מבניינים אחרים כמו פיעל</w:t>
      </w:r>
    </w:p>
    <w:p>
      <w:pPr>
        <w:bidi/>
        <w:spacing w:after="40"/>
        <w:jc w:val="right"/>
      </w:pPr>
      <w:r>
        <w:rPr>
          <w:rFonts w:ascii="Arial" w:hAnsi="Arial" w:cs="Arial" w:eastAsia="Arial"/>
          <w:lang w:val="he-IL" w:bidi="he-IL"/>
          <w:sz w:val="22"/>
          <w:rtl/>
          <w:szCs w:val="22"/>
        </w:rPr>
        <w:t>5. נכון – זהו העיקרון המרכזי של בניית מילים בעברית</w:t>
      </w:r>
    </w:p>
    <w:p>
      <w:pPr>
        <w:bidi/>
        <w:pStyle w:val="Heading3"/>
        <w:spacing w:after="80"/>
        <w:jc w:val="right"/>
      </w:pPr>
      <w:r>
        <w:rPr>
          <w:rFonts w:ascii="Arial" w:hAnsi="Arial" w:cs="Arial" w:eastAsia="Arial"/>
          <w:lang w:val="he-IL" w:bidi="he-IL"/>
          <w:b/>
          <w:color w:val="3182CE"/>
          <w:sz w:val="26"/>
          <w:rtl/>
          <w:szCs w:val="26"/>
          <w:bCs/>
        </w:rPr>
        <w:t>חלק ג׳ – השלימו את החסר</w:t>
      </w:r>
    </w:p>
    <w:p>
      <w:pPr>
        <w:bidi/>
        <w:spacing w:after="40"/>
        <w:jc w:val="right"/>
      </w:pPr>
      <w:r>
        <w:rPr>
          <w:rFonts w:ascii="Arial" w:hAnsi="Arial" w:cs="Arial" w:eastAsia="Arial"/>
          <w:lang w:val="he-IL" w:bidi="he-IL"/>
          <w:sz w:val="22"/>
          <w:rtl/>
          <w:szCs w:val="22"/>
        </w:rPr>
        <w:t>1. ת-ק-ת-ק</w:t>
      </w:r>
    </w:p>
    <w:p>
      <w:pPr>
        <w:bidi/>
        <w:spacing w:after="40"/>
        <w:jc w:val="right"/>
      </w:pPr>
      <w:r>
        <w:rPr>
          <w:rFonts w:ascii="Arial" w:hAnsi="Arial" w:cs="Arial" w:eastAsia="Arial"/>
          <w:lang w:val="he-IL" w:bidi="he-IL"/>
          <w:sz w:val="22"/>
          <w:rtl/>
          <w:szCs w:val="22"/>
        </w:rPr>
        <w:t>2. הזמנה</w:t>
      </w:r>
    </w:p>
    <w:p>
      <w:pPr>
        <w:bidi/>
        <w:spacing w:after="40"/>
        <w:jc w:val="right"/>
      </w:pPr>
      <w:r>
        <w:rPr>
          <w:rFonts w:ascii="Arial" w:hAnsi="Arial" w:cs="Arial" w:eastAsia="Arial"/>
          <w:lang w:val="he-IL" w:bidi="he-IL"/>
          <w:sz w:val="22"/>
          <w:rtl/>
          <w:szCs w:val="22"/>
        </w:rPr>
        <w:t>3. שמירה</w:t>
      </w:r>
    </w:p>
    <w:p>
      <w:pPr>
        <w:bidi/>
        <w:spacing w:after="40"/>
        <w:jc w:val="right"/>
      </w:pPr>
      <w:r>
        <w:rPr>
          <w:rFonts w:ascii="Arial" w:hAnsi="Arial" w:cs="Arial" w:eastAsia="Arial"/>
          <w:lang w:val="he-IL" w:bidi="he-IL"/>
          <w:sz w:val="22"/>
          <w:rtl/>
          <w:szCs w:val="22"/>
        </w:rPr>
        <w:t>4. לימוד</w:t>
      </w:r>
    </w:p>
    <w:p>
      <w:pPr>
        <w:bidi/>
        <w:spacing w:after="40"/>
        <w:jc w:val="right"/>
      </w:pPr>
      <w:r>
        <w:rPr>
          <w:rFonts w:ascii="Arial" w:hAnsi="Arial" w:cs="Arial" w:eastAsia="Arial"/>
          <w:lang w:val="he-IL" w:bidi="he-IL"/>
          <w:sz w:val="22"/>
          <w:rtl/>
          <w:szCs w:val="22"/>
        </w:rPr>
        <w:t>5. מילה</w:t>
      </w:r>
    </w:p>
    <w:p>
      <w:pPr>
        <w:bidi/>
        <w:pStyle w:val="Heading3"/>
        <w:spacing w:after="80"/>
        <w:jc w:val="right"/>
      </w:pPr>
      <w:r>
        <w:rPr>
          <w:rFonts w:ascii="Arial" w:hAnsi="Arial" w:cs="Arial" w:eastAsia="Arial"/>
          <w:lang w:val="he-IL" w:bidi="he-IL"/>
          <w:b/>
          <w:color w:val="38A169"/>
          <w:sz w:val="26"/>
          <w:rtl/>
          <w:szCs w:val="26"/>
          <w:bCs/>
        </w:rPr>
        <w:t>חלק ד׳ – התאימו בין שורש למילה המתאימה</w:t>
      </w:r>
    </w:p>
    <w:p>
      <w:pPr>
        <w:bidi/>
        <w:spacing w:after="40"/>
        <w:jc w:val="right"/>
      </w:pPr>
      <w:r>
        <w:rPr>
          <w:rFonts w:ascii="Arial" w:hAnsi="Arial" w:cs="Arial" w:eastAsia="Arial"/>
          <w:lang w:val="he-IL" w:bidi="he-IL"/>
          <w:sz w:val="22"/>
          <w:rtl/>
          <w:szCs w:val="22"/>
        </w:rPr>
        <w:t>1 – ג (הזמנה)</w:t>
      </w:r>
    </w:p>
    <w:p>
      <w:pPr>
        <w:bidi/>
        <w:spacing w:after="40"/>
        <w:jc w:val="right"/>
      </w:pPr>
      <w:r>
        <w:rPr>
          <w:rFonts w:ascii="Arial" w:hAnsi="Arial" w:cs="Arial" w:eastAsia="Arial"/>
          <w:lang w:val="he-IL" w:bidi="he-IL"/>
          <w:sz w:val="22"/>
          <w:rtl/>
          <w:szCs w:val="22"/>
        </w:rPr>
        <w:t>2 – א (שמירה)</w:t>
      </w:r>
    </w:p>
    <w:p>
      <w:pPr>
        <w:bidi/>
        <w:spacing w:after="40"/>
        <w:jc w:val="right"/>
      </w:pPr>
      <w:r>
        <w:rPr>
          <w:rFonts w:ascii="Arial" w:hAnsi="Arial" w:cs="Arial" w:eastAsia="Arial"/>
          <w:lang w:val="he-IL" w:bidi="he-IL"/>
          <w:sz w:val="22"/>
          <w:rtl/>
          <w:szCs w:val="22"/>
        </w:rPr>
        <w:t>3 – ד (לימוד)</w:t>
      </w:r>
    </w:p>
    <w:p>
      <w:pPr>
        <w:bidi/>
        <w:spacing w:after="40"/>
        <w:jc w:val="right"/>
      </w:pPr>
      <w:r>
        <w:rPr>
          <w:rFonts w:ascii="Arial" w:hAnsi="Arial" w:cs="Arial" w:eastAsia="Arial"/>
          <w:lang w:val="he-IL" w:bidi="he-IL"/>
          <w:sz w:val="22"/>
          <w:rtl/>
          <w:szCs w:val="22"/>
        </w:rPr>
        <w:t>4 – ב (מתקתק)</w:t>
      </w:r>
    </w:p>
    <w:p>
      <w:pPr>
        <w:bidi/>
        <w:pStyle w:val="Heading3"/>
        <w:spacing w:after="80"/>
        <w:jc w:val="right"/>
      </w:pPr>
      <w:r>
        <w:rPr>
          <w:rFonts w:ascii="Arial" w:hAnsi="Arial" w:cs="Arial" w:eastAsia="Arial"/>
          <w:lang w:val="he-IL" w:bidi="he-IL"/>
          <w:b/>
          <w:color w:val="805AD5"/>
          <w:sz w:val="26"/>
          <w:rtl/>
          <w:szCs w:val="26"/>
          <w:bCs/>
        </w:rPr>
        <w:t>חלק ה׳ – סדרו את שלבי בניית המילה</w:t>
      </w:r>
    </w:p>
    <w:p>
      <w:pPr>
        <w:bidi/>
        <w:spacing w:after="40"/>
        <w:jc w:val="right"/>
      </w:pPr>
      <w:r>
        <w:rPr>
          <w:rFonts w:ascii="Arial" w:hAnsi="Arial" w:cs="Arial" w:eastAsia="Arial"/>
          <w:lang w:val="he-IL" w:bidi="he-IL"/>
          <w:sz w:val="22"/>
          <w:rtl/>
          <w:szCs w:val="22"/>
        </w:rPr>
        <w:t>1. בוחרים שורש, למשל ז-מ-ן</w:t>
      </w:r>
    </w:p>
    <w:p>
      <w:pPr>
        <w:bidi/>
        <w:spacing w:after="40"/>
        <w:jc w:val="right"/>
      </w:pPr>
      <w:r>
        <w:rPr>
          <w:rFonts w:ascii="Arial" w:hAnsi="Arial" w:cs="Arial" w:eastAsia="Arial"/>
          <w:lang w:val="he-IL" w:bidi="he-IL"/>
          <w:sz w:val="22"/>
          <w:rtl/>
          <w:szCs w:val="22"/>
        </w:rPr>
        <w:t>2. בוחרים משקל מתאים, למשל הַקְטָלָה</w:t>
      </w:r>
    </w:p>
    <w:p>
      <w:pPr>
        <w:bidi/>
        <w:spacing w:after="40"/>
        <w:jc w:val="right"/>
      </w:pPr>
      <w:r>
        <w:rPr>
          <w:rFonts w:ascii="Arial" w:hAnsi="Arial" w:cs="Arial" w:eastAsia="Arial"/>
          <w:lang w:val="he-IL" w:bidi="he-IL"/>
          <w:sz w:val="22"/>
          <w:rtl/>
          <w:szCs w:val="22"/>
        </w:rPr>
        <w:t>3. מחברים את אותיות השורש לתוך תבנית המשקל</w:t>
      </w:r>
    </w:p>
    <w:p>
      <w:pPr>
        <w:bidi/>
        <w:spacing w:after="40"/>
        <w:jc w:val="right"/>
      </w:pPr>
      <w:r>
        <w:rPr>
          <w:rFonts w:ascii="Arial" w:hAnsi="Arial" w:cs="Arial" w:eastAsia="Arial"/>
          <w:lang w:val="he-IL" w:bidi="he-IL"/>
          <w:sz w:val="22"/>
          <w:rtl/>
          <w:szCs w:val="22"/>
        </w:rPr>
        <w:t>4. בודקים שהמילה שנוצרה נשמעת נכון ובעלת משמעות</w:t>
      </w:r>
    </w:p>
    <w:p>
      <w:pPr>
        <w:bidi/>
        <w:spacing w:after="40"/>
        <w:jc w:val="right"/>
      </w:pPr>
      <w:r>
        <w:rPr>
          <w:rFonts w:ascii="Arial" w:hAnsi="Arial" w:cs="Arial" w:eastAsia="Arial"/>
          <w:lang w:val="he-IL" w:bidi="he-IL"/>
          <w:sz w:val="22"/>
          <w:rtl/>
          <w:szCs w:val="22"/>
        </w:rPr>
        <w:t>5. משתמשים במילה החדשה במשפט</w:t>
      </w:r>
    </w:p>
    <w:p>
      <w:pPr>
        <w:bidi/>
        <w:pStyle w:val="Heading3"/>
        <w:spacing w:after="80"/>
        <w:jc w:val="right"/>
      </w:pPr>
      <w:r>
        <w:rPr>
          <w:rFonts w:ascii="Arial" w:hAnsi="Arial" w:cs="Arial" w:eastAsia="Arial"/>
          <w:lang w:val="he-IL" w:bidi="he-IL"/>
          <w:b/>
          <w:color w:val="D53F8C"/>
          <w:sz w:val="26"/>
          <w:rtl/>
          <w:szCs w:val="26"/>
          <w:bCs/>
        </w:rPr>
        <w:t>חלק ו׳ – כתיבה קצרה</w:t>
      </w:r>
    </w:p>
    <w:p>
      <w:pPr>
        <w:bidi/>
        <w:spacing w:after="40"/>
        <w:jc w:val="right"/>
      </w:pPr>
      <w:r>
        <w:rPr>
          <w:rFonts w:ascii="Arial" w:hAnsi="Arial" w:cs="Arial" w:eastAsia="Arial"/>
          <w:lang w:val="he-IL" w:bidi="he-IL"/>
          <w:sz w:val="22"/>
          <w:rtl/>
          <w:szCs w:val="22"/>
        </w:rPr>
        <w:t>1. שורש הוא האותיות הקבועות שנושאות משמעות, משקל הוא התבנית שנותנת צורה. דוגמה: שורש כ-ת-ב במשקל הקטלה נותן הכתבה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שורש - אותיות עיקריות הנושאות משמעות</w:t>
      </w:r>
    </w:p>
    <w:p>
      <w:pPr>
        <w:bidi/>
        <w:spacing w:after="80"/>
        <w:jc w:val="right"/>
      </w:pPr>
      <w:r>
        <w:rPr>
          <w:rFonts w:ascii="Arial" w:hAnsi="Arial" w:cs="Arial" w:eastAsia="Arial"/>
          <w:lang w:val="he-IL" w:bidi="he-IL"/>
          <w:sz w:val="22"/>
          <w:rtl/>
          <w:szCs w:val="22"/>
        </w:rPr>
        <w:t>• משקל - תבנית קבועה שנותנת צורה למילה</w:t>
      </w:r>
    </w:p>
    <w:p>
      <w:pPr>
        <w:bidi/>
        <w:spacing w:after="80"/>
        <w:jc w:val="right"/>
      </w:pPr>
      <w:r>
        <w:rPr>
          <w:rFonts w:ascii="Arial" w:hAnsi="Arial" w:cs="Arial" w:eastAsia="Arial"/>
          <w:lang w:val="he-IL" w:bidi="he-IL"/>
          <w:sz w:val="22"/>
          <w:rtl/>
          <w:szCs w:val="22"/>
        </w:rPr>
        <w:t>• דוגמה תקינה כמו הזמנה או שמירה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בכתיבת כמה שורשים על הלוח ולבקש מהתלמידים להציע משקלים מתאימים</w:t>
      </w:r>
    </w:p>
    <w:p>
      <w:pPr>
        <w:bidi/>
        <w:spacing w:after="80"/>
        <w:jc w:val="right"/>
      </w:pPr>
      <w:r>
        <w:rPr>
          <w:rFonts w:ascii="Arial" w:hAnsi="Arial" w:cs="Arial" w:eastAsia="Arial"/>
          <w:lang w:val="he-IL" w:bidi="he-IL"/>
          <w:sz w:val="22"/>
          <w:rtl/>
          <w:szCs w:val="22"/>
        </w:rPr>
        <w:t>• מומלץ להדגים בעל פה את ההבדל בין שם הפעולה לבין הפועל הרגיל באותו שורש</w:t>
      </w:r>
    </w:p>
    <w:p>
      <w:pPr>
        <w:bidi/>
        <w:spacing w:after="80"/>
        <w:jc w:val="right"/>
      </w:pPr>
      <w:r>
        <w:rPr>
          <w:rFonts w:ascii="Arial" w:hAnsi="Arial" w:cs="Arial" w:eastAsia="Arial"/>
          <w:lang w:val="he-IL" w:bidi="he-IL"/>
          <w:sz w:val="22"/>
          <w:rtl/>
          <w:szCs w:val="22"/>
        </w:rPr>
        <w:t>• לתלמידים מתקשים אפשר לדלג על הסעיפים המסומנים ולהתמקד בדוגמאות הבסיסיות בלבד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פעלים ושמות – טבלאות ותרגול</w:t>
            </w:r>
          </w:p>
          <w:p>
            <w:pPr>
              <w:bidi/>
              <w:jc w:val="right"/>
            </w:pPr>
            <w:r>
              <w:rPr>
                <w:rFonts w:ascii="Arial" w:hAnsi="Arial" w:cs="Arial" w:eastAsia="Arial"/>
                <w:lang w:val="he-IL" w:bidi="he-IL"/>
                <w:b/>
                <w:color w:val="3C1361"/>
                <w:sz w:val="32"/>
                <w:rtl/>
                <w:szCs w:val="32"/>
                <w:bCs/>
              </w:rPr>
              <w:t>דף תרגול: שורש ומשקל – בניית מילים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בעברית כל מילה בנויה משורש (האותיות שנושאות את המשמעות הבסיסית) ומשקל (התבנית שקובעת את הצורה והמשמעות הדקדוקית). בדף זה נתרגל חיבור שורש ומשקל, במיוחד יצירת שמות פעולה מבניין הפעיל כמו המשקל הַקְטָלָה.</w:t>
      </w:r>
    </w:p>
    <w:p>
      <w:pPr>
        <w:bidi/>
        <w:pStyle w:val="Heading2"/>
        <w:spacing w:after="80"/>
        <w:jc w:val="right"/>
      </w:pPr>
      <w:r>
        <w:rPr>
          <w:rFonts w:ascii="Arial" w:hAnsi="Arial" w:cs="Arial" w:eastAsia="Arial"/>
          <w:lang w:val="he-IL" w:bidi="he-IL"/>
          <w:b/>
          <w:color w:val="E53E3E"/>
          <w:sz w:val="28"/>
          <w:rtl/>
          <w:szCs w:val="28"/>
          <w:bCs/>
        </w:rPr>
        <w:t>1  חלק א׳ – שאלות אמריקאיות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שורש המילה הַזְמָנָה?</w:t>
      </w:r>
    </w:p>
    <w:p>
      <w:pPr>
        <w:bidi/>
        <w:spacing w:after="20"/>
        <w:jc w:val="right"/>
      </w:pPr>
      <w:r>
        <w:rPr>
          <w:rFonts w:ascii="Arial" w:hAnsi="Arial" w:cs="Arial" w:eastAsia="Arial"/>
          <w:lang w:val="he-IL" w:bidi="he-IL"/>
          <w:sz w:val="24"/>
          <w:rtl/>
          <w:szCs w:val="24"/>
        </w:rPr>
        <w:t xml:space="preserve">      ☐ א. ז-מ-ן</w:t>
      </w:r>
    </w:p>
    <w:p>
      <w:pPr>
        <w:bidi/>
        <w:spacing w:after="20"/>
        <w:jc w:val="right"/>
      </w:pPr>
      <w:r>
        <w:rPr>
          <w:rFonts w:ascii="Arial" w:hAnsi="Arial" w:cs="Arial" w:eastAsia="Arial"/>
          <w:lang w:val="he-IL" w:bidi="he-IL"/>
          <w:sz w:val="24"/>
          <w:rtl/>
          <w:szCs w:val="24"/>
        </w:rPr>
        <w:t xml:space="preserve">      ☐ ב. ה-ז-מ</w:t>
      </w:r>
    </w:p>
    <w:p>
      <w:pPr>
        <w:bidi/>
        <w:spacing w:after="20"/>
        <w:jc w:val="right"/>
      </w:pPr>
      <w:r>
        <w:rPr>
          <w:rFonts w:ascii="Arial" w:hAnsi="Arial" w:cs="Arial" w:eastAsia="Arial"/>
          <w:lang w:val="he-IL" w:bidi="he-IL"/>
          <w:sz w:val="24"/>
          <w:rtl/>
          <w:szCs w:val="24"/>
        </w:rPr>
        <w:t xml:space="preserve">      ☐ ג. מ-נ-ה</w:t>
      </w:r>
    </w:p>
    <w:p>
      <w:pPr>
        <w:bidi/>
        <w:spacing w:after="20"/>
        <w:jc w:val="right"/>
      </w:pPr>
      <w:r>
        <w:rPr>
          <w:rFonts w:ascii="Arial" w:hAnsi="Arial" w:cs="Arial" w:eastAsia="Arial"/>
          <w:lang w:val="he-IL" w:bidi="he-IL"/>
          <w:sz w:val="24"/>
          <w:rtl/>
          <w:szCs w:val="24"/>
        </w:rPr>
        <w:t xml:space="preserve">      ☐ ד. ז-מ-נ-ה</w:t>
      </w:r>
    </w:p>
    <w:p>
      <w:pPr>
        <w:bidi/>
        <w:spacing w:after="20"/>
        <w:jc w:val="right"/>
      </w:pPr>
      <w:r>
        <w:rPr>
          <w:rFonts w:ascii="Arial" w:hAnsi="Arial" w:cs="Arial" w:eastAsia="Arial"/>
          <w:lang w:val="he-IL" w:bidi="he-IL"/>
          <w:b/>
          <w:sz w:val="24"/>
          <w:rtl/>
          <w:szCs w:val="24"/>
          <w:bCs/>
        </w:rPr>
        <w:t>2. המשקל הַקְטָלָה מבטא בדרך כלל:</w:t>
      </w:r>
    </w:p>
    <w:p>
      <w:pPr>
        <w:bidi/>
        <w:spacing w:after="20"/>
        <w:jc w:val="right"/>
      </w:pPr>
      <w:r>
        <w:rPr>
          <w:rFonts w:ascii="Arial" w:hAnsi="Arial" w:cs="Arial" w:eastAsia="Arial"/>
          <w:lang w:val="he-IL" w:bidi="he-IL"/>
          <w:sz w:val="24"/>
          <w:rtl/>
          <w:szCs w:val="24"/>
        </w:rPr>
        <w:t xml:space="preserve">      ☐ א. תואר</w:t>
      </w:r>
    </w:p>
    <w:p>
      <w:pPr>
        <w:bidi/>
        <w:spacing w:after="20"/>
        <w:jc w:val="right"/>
      </w:pPr>
      <w:r>
        <w:rPr>
          <w:rFonts w:ascii="Arial" w:hAnsi="Arial" w:cs="Arial" w:eastAsia="Arial"/>
          <w:lang w:val="he-IL" w:bidi="he-IL"/>
          <w:sz w:val="24"/>
          <w:rtl/>
          <w:szCs w:val="24"/>
        </w:rPr>
        <w:t xml:space="preserve">      ☐ ב. שם פעולה מבניין הפעיל</w:t>
      </w:r>
    </w:p>
    <w:p>
      <w:pPr>
        <w:bidi/>
        <w:spacing w:after="20"/>
        <w:jc w:val="right"/>
      </w:pPr>
      <w:r>
        <w:rPr>
          <w:rFonts w:ascii="Arial" w:hAnsi="Arial" w:cs="Arial" w:eastAsia="Arial"/>
          <w:lang w:val="he-IL" w:bidi="he-IL"/>
          <w:sz w:val="24"/>
          <w:rtl/>
          <w:szCs w:val="24"/>
        </w:rPr>
        <w:t xml:space="preserve">      ☐ ג. פועל בהווה</w:t>
      </w:r>
    </w:p>
    <w:p>
      <w:pPr>
        <w:bidi/>
        <w:spacing w:after="20"/>
        <w:jc w:val="right"/>
      </w:pPr>
      <w:r>
        <w:rPr>
          <w:rFonts w:ascii="Arial" w:hAnsi="Arial" w:cs="Arial" w:eastAsia="Arial"/>
          <w:lang w:val="he-IL" w:bidi="he-IL"/>
          <w:sz w:val="24"/>
          <w:rtl/>
          <w:szCs w:val="24"/>
        </w:rPr>
        <w:t xml:space="preserve">      ☐ ד. שם עצם זוגי</w:t>
      </w:r>
    </w:p>
    <w:p>
      <w:pPr>
        <w:bidi/>
        <w:spacing w:after="20"/>
        <w:jc w:val="right"/>
      </w:pPr>
      <w:r>
        <w:rPr>
          <w:rFonts w:ascii="Arial" w:hAnsi="Arial" w:cs="Arial" w:eastAsia="Arial"/>
          <w:lang w:val="he-IL" w:bidi="he-IL"/>
          <w:b/>
          <w:sz w:val="24"/>
          <w:rtl/>
          <w:szCs w:val="24"/>
          <w:bCs/>
        </w:rPr>
        <w:t>3. איזו מהמילים הבאות בנויה במשקל הַקְטָלָה?</w:t>
      </w:r>
    </w:p>
    <w:p>
      <w:pPr>
        <w:bidi/>
        <w:spacing w:after="20"/>
        <w:jc w:val="right"/>
      </w:pPr>
      <w:r>
        <w:rPr>
          <w:rFonts w:ascii="Arial" w:hAnsi="Arial" w:cs="Arial" w:eastAsia="Arial"/>
          <w:lang w:val="he-IL" w:bidi="he-IL"/>
          <w:sz w:val="24"/>
          <w:rtl/>
          <w:szCs w:val="24"/>
        </w:rPr>
        <w:t xml:space="preserve">      ☐ א. שמירה</w:t>
      </w:r>
    </w:p>
    <w:p>
      <w:pPr>
        <w:bidi/>
        <w:spacing w:after="20"/>
        <w:jc w:val="right"/>
      </w:pPr>
      <w:r>
        <w:rPr>
          <w:rFonts w:ascii="Arial" w:hAnsi="Arial" w:cs="Arial" w:eastAsia="Arial"/>
          <w:lang w:val="he-IL" w:bidi="he-IL"/>
          <w:sz w:val="24"/>
          <w:rtl/>
          <w:szCs w:val="24"/>
        </w:rPr>
        <w:t xml:space="preserve">      ☐ ב. הזמנה</w:t>
      </w:r>
    </w:p>
    <w:p>
      <w:pPr>
        <w:bidi/>
        <w:spacing w:after="20"/>
        <w:jc w:val="right"/>
      </w:pPr>
      <w:r>
        <w:rPr>
          <w:rFonts w:ascii="Arial" w:hAnsi="Arial" w:cs="Arial" w:eastAsia="Arial"/>
          <w:lang w:val="he-IL" w:bidi="he-IL"/>
          <w:sz w:val="24"/>
          <w:rtl/>
          <w:szCs w:val="24"/>
        </w:rPr>
        <w:t xml:space="preserve">      ☐ ג. מתקתק</w:t>
      </w:r>
    </w:p>
    <w:p>
      <w:pPr>
        <w:bidi/>
        <w:spacing w:after="20"/>
        <w:jc w:val="right"/>
      </w:pPr>
      <w:r>
        <w:rPr>
          <w:rFonts w:ascii="Arial" w:hAnsi="Arial" w:cs="Arial" w:eastAsia="Arial"/>
          <w:lang w:val="he-IL" w:bidi="he-IL"/>
          <w:sz w:val="24"/>
          <w:rtl/>
          <w:szCs w:val="24"/>
        </w:rPr>
        <w:t xml:space="preserve">      ☐ ד. לימוד</w:t>
      </w:r>
    </w:p>
    <w:p>
      <w:pPr>
        <w:bidi/>
        <w:spacing w:after="20"/>
        <w:jc w:val="right"/>
      </w:pPr>
      <w:r>
        <w:rPr>
          <w:rFonts w:ascii="Arial" w:hAnsi="Arial" w:cs="Arial" w:eastAsia="Arial"/>
          <w:lang w:val="he-IL" w:bidi="he-IL"/>
          <w:b/>
          <w:sz w:val="24"/>
          <w:rtl/>
          <w:szCs w:val="24"/>
          <w:bCs/>
        </w:rPr>
        <w:t>4. מהו שורש המילה שְׁמִירָה?</w:t>
      </w:r>
    </w:p>
    <w:p>
      <w:pPr>
        <w:bidi/>
        <w:spacing w:after="20"/>
        <w:jc w:val="right"/>
      </w:pPr>
      <w:r>
        <w:rPr>
          <w:rFonts w:ascii="Arial" w:hAnsi="Arial" w:cs="Arial" w:eastAsia="Arial"/>
          <w:lang w:val="he-IL" w:bidi="he-IL"/>
          <w:sz w:val="24"/>
          <w:rtl/>
          <w:szCs w:val="24"/>
        </w:rPr>
        <w:t xml:space="preserve">      ☐ א. ש-מ-ר</w:t>
      </w:r>
    </w:p>
    <w:p>
      <w:pPr>
        <w:bidi/>
        <w:spacing w:after="20"/>
        <w:jc w:val="right"/>
      </w:pPr>
      <w:r>
        <w:rPr>
          <w:rFonts w:ascii="Arial" w:hAnsi="Arial" w:cs="Arial" w:eastAsia="Arial"/>
          <w:lang w:val="he-IL" w:bidi="he-IL"/>
          <w:sz w:val="24"/>
          <w:rtl/>
          <w:szCs w:val="24"/>
        </w:rPr>
        <w:t xml:space="preserve">      ☐ ב. ש-י-ר</w:t>
      </w:r>
    </w:p>
    <w:p>
      <w:pPr>
        <w:bidi/>
        <w:spacing w:after="20"/>
        <w:jc w:val="right"/>
      </w:pPr>
      <w:r>
        <w:rPr>
          <w:rFonts w:ascii="Arial" w:hAnsi="Arial" w:cs="Arial" w:eastAsia="Arial"/>
          <w:lang w:val="he-IL" w:bidi="he-IL"/>
          <w:sz w:val="24"/>
          <w:rtl/>
          <w:szCs w:val="24"/>
        </w:rPr>
        <w:t xml:space="preserve">      ☐ ג. מ-י-ר</w:t>
      </w:r>
    </w:p>
    <w:p>
      <w:pPr>
        <w:bidi/>
        <w:spacing w:after="20"/>
        <w:jc w:val="right"/>
      </w:pPr>
      <w:r>
        <w:rPr>
          <w:rFonts w:ascii="Arial" w:hAnsi="Arial" w:cs="Arial" w:eastAsia="Arial"/>
          <w:lang w:val="he-IL" w:bidi="he-IL"/>
          <w:sz w:val="24"/>
          <w:rtl/>
          <w:szCs w:val="24"/>
        </w:rPr>
        <w:t xml:space="preserve">      ☐ ד. ש-מ-ר-ה</w:t>
      </w:r>
    </w:p>
    <w:p>
      <w:pPr>
        <w:bidi/>
        <w:spacing w:after="20"/>
        <w:jc w:val="right"/>
      </w:pPr>
      <w:r>
        <w:rPr>
          <w:rFonts w:ascii="Arial" w:hAnsi="Arial" w:cs="Arial" w:eastAsia="Arial"/>
          <w:lang w:val="he-IL" w:bidi="he-IL"/>
          <w:b/>
          <w:sz w:val="24"/>
          <w:rtl/>
          <w:szCs w:val="24"/>
          <w:bCs/>
        </w:rPr>
        <w:t>5. מהי ההגדרה הנכונה של שם פעולה?</w:t>
      </w:r>
    </w:p>
    <w:p>
      <w:pPr>
        <w:bidi/>
        <w:spacing w:after="20"/>
        <w:jc w:val="right"/>
      </w:pPr>
      <w:r>
        <w:rPr>
          <w:rFonts w:ascii="Arial" w:hAnsi="Arial" w:cs="Arial" w:eastAsia="Arial"/>
          <w:lang w:val="he-IL" w:bidi="he-IL"/>
          <w:sz w:val="24"/>
          <w:rtl/>
          <w:szCs w:val="24"/>
        </w:rPr>
        <w:t xml:space="preserve">      ☐ א. פועל בעבר</w:t>
      </w:r>
    </w:p>
    <w:p>
      <w:pPr>
        <w:bidi/>
        <w:spacing w:after="20"/>
        <w:jc w:val="right"/>
      </w:pPr>
      <w:r>
        <w:rPr>
          <w:rFonts w:ascii="Arial" w:hAnsi="Arial" w:cs="Arial" w:eastAsia="Arial"/>
          <w:lang w:val="he-IL" w:bidi="he-IL"/>
          <w:sz w:val="24"/>
          <w:rtl/>
          <w:szCs w:val="24"/>
        </w:rPr>
        <w:t xml:space="preserve">      ☐ ב. שם עצם שמתאר פעולה</w:t>
      </w:r>
    </w:p>
    <w:p>
      <w:pPr>
        <w:bidi/>
        <w:spacing w:after="20"/>
        <w:jc w:val="right"/>
      </w:pPr>
      <w:r>
        <w:rPr>
          <w:rFonts w:ascii="Arial" w:hAnsi="Arial" w:cs="Arial" w:eastAsia="Arial"/>
          <w:lang w:val="he-IL" w:bidi="he-IL"/>
          <w:sz w:val="24"/>
          <w:rtl/>
          <w:szCs w:val="24"/>
        </w:rPr>
        <w:t xml:space="preserve">      ☐ ג. תואר הפועל</w:t>
      </w:r>
    </w:p>
    <w:p>
      <w:pPr>
        <w:bidi/>
        <w:spacing w:after="20"/>
        <w:jc w:val="right"/>
      </w:pPr>
      <w:r>
        <w:rPr>
          <w:rFonts w:ascii="Arial" w:hAnsi="Arial" w:cs="Arial" w:eastAsia="Arial"/>
          <w:lang w:val="he-IL" w:bidi="he-IL"/>
          <w:sz w:val="24"/>
          <w:rtl/>
          <w:szCs w:val="24"/>
        </w:rPr>
        <w:t xml:space="preserve">      ☐ ד. שם תואר</w:t>
      </w:r>
    </w:p>
    <w:p>
      <w:pPr>
        <w:bidi/>
        <w:spacing w:after="20"/>
        <w:jc w:val="right"/>
      </w:pPr>
      <w:r>
        <w:rPr>
          <w:rFonts w:ascii="Arial" w:hAnsi="Arial" w:cs="Arial" w:eastAsia="Arial"/>
          <w:lang w:val="he-IL" w:bidi="he-IL"/>
          <w:b/>
          <w:sz w:val="24"/>
          <w:rtl/>
          <w:szCs w:val="24"/>
          <w:bCs/>
        </w:rPr>
        <w:t>6. המילה לִמּוּד שייכת לאיזה בניין?</w:t>
      </w:r>
    </w:p>
    <w:p>
      <w:pPr>
        <w:bidi/>
        <w:spacing w:after="20"/>
        <w:jc w:val="right"/>
      </w:pPr>
      <w:r>
        <w:rPr>
          <w:rFonts w:ascii="Arial" w:hAnsi="Arial" w:cs="Arial" w:eastAsia="Arial"/>
          <w:lang w:val="he-IL" w:bidi="he-IL"/>
          <w:sz w:val="24"/>
          <w:rtl/>
          <w:szCs w:val="24"/>
        </w:rPr>
        <w:t xml:space="preserve">      ☐ א. פעל</w:t>
      </w:r>
    </w:p>
    <w:p>
      <w:pPr>
        <w:bidi/>
        <w:spacing w:after="20"/>
        <w:jc w:val="right"/>
      </w:pPr>
      <w:r>
        <w:rPr>
          <w:rFonts w:ascii="Arial" w:hAnsi="Arial" w:cs="Arial" w:eastAsia="Arial"/>
          <w:lang w:val="he-IL" w:bidi="he-IL"/>
          <w:sz w:val="24"/>
          <w:rtl/>
          <w:szCs w:val="24"/>
        </w:rPr>
        <w:t xml:space="preserve">      ☐ ב. פיעל</w:t>
      </w:r>
    </w:p>
    <w:p>
      <w:pPr>
        <w:bidi/>
        <w:spacing w:after="20"/>
        <w:jc w:val="right"/>
      </w:pPr>
      <w:r>
        <w:rPr>
          <w:rFonts w:ascii="Arial" w:hAnsi="Arial" w:cs="Arial" w:eastAsia="Arial"/>
          <w:lang w:val="he-IL" w:bidi="he-IL"/>
          <w:sz w:val="24"/>
          <w:rtl/>
          <w:szCs w:val="24"/>
        </w:rPr>
        <w:t xml:space="preserve">      ☐ ג. הפעיל</w:t>
      </w:r>
    </w:p>
    <w:p>
      <w:pPr>
        <w:bidi/>
        <w:spacing w:after="20"/>
        <w:jc w:val="right"/>
      </w:pPr>
      <w:r>
        <w:rPr>
          <w:rFonts w:ascii="Arial" w:hAnsi="Arial" w:cs="Arial" w:eastAsia="Arial"/>
          <w:lang w:val="he-IL" w:bidi="he-IL"/>
          <w:sz w:val="24"/>
          <w:rtl/>
          <w:szCs w:val="24"/>
        </w:rPr>
        <w:t xml:space="preserve">      ☐ ד. נפעל</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שורש הוא בדרך כלל שלוש אותיות שנושאות את משמעות המילה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משקל הוא השורש של המילה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המילה הַזְמָנָה נבנתה מהשורש ז-מ-ן והמשקל הַקְטָלָה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כל שמות הפעולה בעברית נבנים רק מבניין הפעיל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אפשר לבנות מילים שונות מאותו שורש על ידי החלפת המשקל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החסר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שורש המילה מְתַקְתַּק הוא __________</w:t>
      </w:r>
    </w:p>
    <w:p>
      <w:pPr>
        <w:bidi/>
        <w:spacing w:after="80"/>
        <w:jc w:val="right"/>
      </w:pPr>
      <w:r>
        <w:rPr>
          <w:rFonts w:ascii="Arial" w:hAnsi="Arial" w:cs="Arial" w:eastAsia="Arial"/>
          <w:lang w:val="he-IL" w:bidi="he-IL"/>
          <w:sz w:val="24"/>
          <w:rtl/>
          <w:szCs w:val="24"/>
        </w:rPr>
        <w:t>2. שם הפעולה הנבנה מהשורש ז-מ-ן במשקל הקטלה הוא __________</w:t>
      </w:r>
    </w:p>
    <w:p>
      <w:pPr>
        <w:bidi/>
        <w:spacing w:after="80"/>
        <w:jc w:val="right"/>
      </w:pPr>
      <w:r>
        <w:rPr>
          <w:rFonts w:ascii="Arial" w:hAnsi="Arial" w:cs="Arial" w:eastAsia="Arial"/>
          <w:lang w:val="he-IL" w:bidi="he-IL"/>
          <w:sz w:val="24"/>
          <w:rtl/>
          <w:szCs w:val="24"/>
        </w:rPr>
        <w:t>3. שם הפעולה הנבנה מהשורש ש-מ-ר הוא __________</w:t>
      </w:r>
    </w:p>
    <w:p>
      <w:pPr>
        <w:bidi/>
        <w:spacing w:after="80"/>
        <w:jc w:val="right"/>
      </w:pPr>
      <w:r>
        <w:rPr>
          <w:rFonts w:ascii="Arial" w:hAnsi="Arial" w:cs="Arial" w:eastAsia="Arial"/>
          <w:lang w:val="he-IL" w:bidi="he-IL"/>
          <w:sz w:val="24"/>
          <w:rtl/>
          <w:szCs w:val="24"/>
        </w:rPr>
        <w:t>4. המילה הבנויה מחיבור שורש ל-מ-ד הופכת לשם הפעולה __________</w:t>
      </w:r>
    </w:p>
    <w:p>
      <w:pPr>
        <w:bidi/>
        <w:spacing w:after="80"/>
        <w:jc w:val="right"/>
      </w:pPr>
      <w:r>
        <w:rPr>
          <w:rFonts w:ascii="Arial" w:hAnsi="Arial" w:cs="Arial" w:eastAsia="Arial"/>
          <w:lang w:val="he-IL" w:bidi="he-IL"/>
          <w:sz w:val="24"/>
          <w:rtl/>
          <w:szCs w:val="24"/>
        </w:rPr>
        <w:t>5. כאשר מחברים שורש ומשקל נוצרת __________ חדשה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בין שורש למילה המתאימה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ז-מ-ן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שמירה</w:t>
            </w:r>
          </w:p>
        </w:tc>
      </w:tr>
      <w:tr>
        <w:tc>
          <w:tcPr>
            <w:tcW w:type="dxa" w:w="3969"/>
          </w:tcPr>
          <w:p>
            <w:pPr>
              <w:bidi/>
              <w:jc w:val="right"/>
            </w:pPr>
            <w:r>
              <w:rPr>
                <w:rFonts w:ascii="Arial" w:hAnsi="Arial" w:cs="Arial" w:eastAsia="Arial"/>
                <w:lang w:val="he-IL" w:bidi="he-IL"/>
                <w:sz w:val="24"/>
                <w:rtl/>
                <w:szCs w:val="24"/>
              </w:rPr>
              <w:t>2. ש-מ-ר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מתקתק</w:t>
            </w:r>
          </w:p>
        </w:tc>
      </w:tr>
      <w:tr>
        <w:tc>
          <w:tcPr>
            <w:tcW w:type="dxa" w:w="3969"/>
          </w:tcPr>
          <w:p>
            <w:pPr>
              <w:bidi/>
              <w:jc w:val="right"/>
            </w:pPr>
            <w:r>
              <w:rPr>
                <w:rFonts w:ascii="Arial" w:hAnsi="Arial" w:cs="Arial" w:eastAsia="Arial"/>
                <w:lang w:val="he-IL" w:bidi="he-IL"/>
                <w:sz w:val="24"/>
                <w:rtl/>
                <w:szCs w:val="24"/>
              </w:rPr>
              <w:t>3. ל-מ-ד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הזמנה</w:t>
            </w:r>
          </w:p>
        </w:tc>
      </w:tr>
      <w:tr>
        <w:tc>
          <w:tcPr>
            <w:tcW w:type="dxa" w:w="3969"/>
          </w:tcPr>
          <w:p>
            <w:pPr>
              <w:bidi/>
              <w:jc w:val="right"/>
            </w:pPr>
            <w:r>
              <w:rPr>
                <w:rFonts w:ascii="Arial" w:hAnsi="Arial" w:cs="Arial" w:eastAsia="Arial"/>
                <w:lang w:val="he-IL" w:bidi="he-IL"/>
                <w:sz w:val="24"/>
                <w:rtl/>
                <w:szCs w:val="24"/>
              </w:rPr>
              <w:t>4. ת-ק-ת-ק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לימוד</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שלבי בניית המילה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בודקים שהמילה שנוצרה נשמעת נכון ובעלת משמעות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משתמשים במילה החדשה במשפט</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בוחרים שורש, למשל ז-מ-ן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מחברים את אותיות השורש לתוך תבנית המשקל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בוחרים משקל מתאים, למשל הַקְטָלָה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שורש למשקל, ותנו דוגמה אחת משלכם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שורש?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משקל?</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למילה הבנויה מהמשקל הקטלה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שורש ומשקל – בניית מילים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